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משחקי טקסט ומשימות – גרסת נייר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🌍 גלובליזציה – כפר עולמי · תיכון – חנ״מ · חוברת תלמיד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בחוברת: בלש הטקסט · צופן סודי · דרכון תחנות · מיון וציר זמן · נחשו ובדקו · יוצא דופן · משחקי סיום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א׳ – 🕵️ 🕵️ למה הטלפון התייקר?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התיק: מה גרם למחיר הטלפונים לעלות? קראו את הטקסט, ענו על שאלות הרמזים, וסמנו ✖ על כל חשוד/ה שנשלל/ה.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המחיר של טלפונים חדשים עלה 📱⬆️. החנות לא העלתה את הרווח שלה. המדינה לא הוסיפה מס חדש. בחדשות: שריפה במפעל שבבים גדול 🔥. המפעל מוכר שבבים לכל העולם 🌍. בלי שבבים אי אפשר לבנות טלפונים. מה גרם למחיר לעלות?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החשוד/ה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נשלל/ה? 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מוכרת טלפונים בעיר.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🧾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 חדש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תשלום למדינה.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השריפה במפעל השבבים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קרתה רחוק מכאן.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על החנות?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העלתה את הרווח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היא לא העלתה את הרווח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נסגרה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האם המדינה הוסיפה מס?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כן, מס 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כן, מס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לא, אין מס חדש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 הוא/היא: ______________________ . הוכחה מהטקסט: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🔐 גלובלי ומקומי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הקטע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העולם שומעים אותם שירים 🎧. בכל העולם רואים אותן סדרות 📺. זו תרבות גלובלית. יש גם תרבות מקומית 🏡: השפה, האוכל והחגים שלנו. אפשר ליהנות משתיהן.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הצופן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רמז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‏22‏ ‏- 20‏ ‏- 2‏ ‏- 6‏ ‏- 22‏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שירים, שפה, אוכל ומנהגים 🎭.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🔀 ה פ 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מדברים בה 🗣️.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🔢 ‏8‏ ‏- 3‏ ‏- 10‏ ‏- 13‏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ימים מיוחדים בשנה 🎉.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🔣 מפתח: א=1 ב=2 ג=3 ד=4 ה=5 ו=6 ז=7 ח=8 ט=9 י=10 כ=11 ל=12 מ=13 נ=14 ס=15 ע=16 פ=17 צ=18 ק=19 ר=20 ש=21 ת=22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 הסודי לפי המורה: 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ב׳ – 🗺️ דרכון התחנות: 🗺️ העולם המחובר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עברו שלוש תחנות של העולם המחובר 🔗. כל תחנה נותנת אות. בכל תחנה – פתרו את המשימה וכתבו את אות הקסם שתקבלו מהמורה.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🌊 כבל מתחת לים – איך האינטרנט עובר בין יבשות?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בכבלים מתחת 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בצינורות מים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📦 מרכז ההפצה – מה קורה במרכז הפצה?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מגדלים ירקות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ממיינים חבילות לחנויות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בונים אוניות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🧑 הצרכן – מה עושה צרכן נבון?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קונה כמה שיותר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קונה בלי לחשוב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בודק מה הוא באמת צריך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2606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3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קסם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🚪 קוד היציאה: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🧩 מסדרים וממיינים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ומיינו בקצב 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סדרו את חיי הטלפון. – מספרו לפי הסדר (1 = ראשון):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האירוע / השלב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♻️ מחזור בסוף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⛏️ כריית מתכות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📦 משלוח לחנות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 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 ייצור הטלפון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מיינו: עובדה או דעה? – סמנו ✓ בעמודה המתאימה: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כרטיס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עובדה ✅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דעה 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גלובליזציה זה נורא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כבלים מתחת 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טלפון חדש הוא הכי שווה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אוניות מובילות מכולות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מחזור חוסך חומרים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רצועות מיון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⛏️ כריית מתכות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🏭 ייצור הטלפון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📦 משלוח לחנות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♻️ מחזור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אוניות מובילות מכולות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טלפון חדש הוא הכי שווה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יש כבלים מתחת 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גלובליזציה זה נורא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מחזור חוסך חומרים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ג׳ – 🔮 🔮 מאיה עובדת עם העולם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קטע, הקיפו את הניבוי שלכם – ורק אז המורה תקרא את ההמשך.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מאיה מעצבת אתרים 💻. לקוח מחו״ל מבקש ממנה עבודה.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האם היא יכולה לעבוד בשבילו?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כן, דרך האינטרנט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לא, הוא רחוק מדי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רק אם תטוס אליו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הלקוח שולח הודעה בשעה 23:00 אצלה 🌙.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בשעה כזאת?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לא מנומס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אצלו עכשיו יום ☀️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הטלפון שלו מקולקל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קטע 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מאיה עייפה. היא רוצה לענות רק ביום.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כדאי לה לעשות?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לענות תמיד בלילה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להפסיק לעבוד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לקבוע שעות עבודה ברורות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קרה באמת? 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🎯 יוצא דופן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📤 יצוא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📥 יבוא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🛃 מכס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🏖️ חופשה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לא קשורה לסחר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היא מילה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יש בה האות 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🎧 שיר מכל העולם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📺 סדרה בין-לאומית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🍔 מזון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🕯️ מנהג חג מקומי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קורה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מסורת מקומית – השאר תרבות גלובלית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עולה כסף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מי יוצא הדופן?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🌵 בצורת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🌊 הצפה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❄️ קור קיצוני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🏷️ הנחה בחנות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קורית בעיר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היא קורית בקיץ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לא אירוע של מזג אוויר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חלק ד׳ – 🏁 משחקי סיום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🏆 טריוויה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מפעל נסגר באסיה. באירופה חסרים חלקים.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בגלל תלות הדדית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בגלל מזג האוויר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בגלל מקרה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מקטין את טביעת הרגל של הבגדים שלי?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לקנות הרבה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לתקן ולהחליף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לשלוח בטיסה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מאוזן?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הגלובליזציה רעה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הגלובליזציה טובה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יש בה תועלת וגם מחיר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עוזר לעיר במשבר אספקה?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מקור אחד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ספקים מגוונים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להפסיק לקנות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⚡ נכון /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היגד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3475"/>
            <w:shd w:val="clear" w:fill="E5D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תעלה חסומה יכולה לעכב סחורה בכל העולם.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גלוקליזציה מוחקת את התרבות המקומית.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מיקור חוץ יכול ליצור עבודה במדינה אחרת.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המרחק בין היבשות קטן.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תיקון בגדים מקטין את טביעת הרגל.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לגלובליזציה יש רק צד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🧱 מחסן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מחסן: בנוסף · לעומת זאת · לכן · כי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מוצרים נעשו זולים יותר. (1)________ נוצרה עבודה במדינות רבות. (2)________ יש מפעלים עם תנאים קשים. (3)________ כדאי לקנות בתבונה.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🔎 בלש הניסוח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בטקסט 3 שגיאות. הקיפו אותן וכתבו תיקון:</w:t>
      </w:r>
    </w:p>
    <w:p>
      <w:pPr>
        <w:bidi/>
        <w:jc w:val="right"/>
      </w:pPr>
      <w:r>
        <w:rPr>
          <w:rFonts w:ascii="Arial" w:hAnsi="Arial" w:cs="Arial"/>
          <w:b/>
          <w:color w:val="6A3FD4"/>
          <w:sz w:val="26"/>
          <w:rtl/>
          <w:szCs w:val="26"/>
          <w:bCs/>
        </w:rPr>
        <w:t>▌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התרחבה השרשראות בעולם. הנמל העיר נותן עבודה לרבים. לכן יש בו גם רעש רב.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🧠 קלפי זיכרון – גזרו והתאימו מושג להגדרה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E8590C"/>
                <w:sz w:val="24"/>
                <w:rtl/>
                <w:szCs w:val="24"/>
                <w:bCs/>
              </w:rPr>
              <w:t>תלות הדדית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⛓️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7048E8"/>
                <w:sz w:val="24"/>
                <w:rtl/>
                <w:szCs w:val="24"/>
                <w:bCs/>
              </w:rPr>
              <w:t>שרשרת אספקה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🍾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1C7ED6"/>
                <w:sz w:val="24"/>
                <w:rtl/>
                <w:szCs w:val="24"/>
                <w:bCs/>
              </w:rPr>
              <w:t>צוואר בקבוק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B8A3E"/>
                <w:sz w:val="24"/>
                <w:rtl/>
                <w:szCs w:val="24"/>
                <w:bCs/>
              </w:rPr>
              <w:t>מיקור חוץ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🏷️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C2255C"/>
                <w:sz w:val="24"/>
                <w:rtl/>
                <w:szCs w:val="24"/>
                <w:bCs/>
              </w:rPr>
              <w:t>גלוקליזציה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👣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08C00"/>
                <w:sz w:val="24"/>
                <w:rtl/>
                <w:szCs w:val="24"/>
                <w:bCs/>
              </w:rPr>
              <w:t>טביעת רגל פחמנית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מדינות צריכות זו את זו.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כל השלבים של מוצר עד הקונה.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נקודה צרה שעוצרת את כל השרשרת.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העברת עבודה לחברה או למדינה אחרת.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מוצר עולמי שמותאם למקום.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868E96"/>
                <w:sz w:val="24"/>
                <w:rtl/>
                <w:szCs w:val="24"/>
                <w:bCs/>
              </w:rPr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כמה זיהום נוצר בגלל מוצר.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היום: 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שנשארה לי: 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🌍 גלובליזציה – כפר עולמי · תיכון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